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Noto Sans CJK JP" w:hAnsi="Noto Sans CJK JP" w:eastAsia="Noto Sans CJK JP"/>
          <w:b/>
          <w:sz w:val="29"/>
        </w:rPr>
        <w:t>卒業アルバムのメッセージ・寄せ書き・学級便りで使える言葉140選</w:t>
      </w:r>
    </w:p>
    <w:p>
      <w:pPr>
        <w:spacing w:after="160"/>
        <w:jc w:val="center"/>
      </w:pPr>
      <w:r>
        <w:rPr>
          <w:rFonts w:ascii="Noto Sans CJK JP" w:hAnsi="Noto Sans CJK JP" w:eastAsia="Noto Sans CJK JP"/>
          <w:sz w:val="19"/>
        </w:rPr>
        <w:t>生徒一人ひとりに合わせて組み合わせて使う言葉集</w:t>
      </w:r>
    </w:p>
    <w:tbl>
      <w:tblPr>
        <w:tblW w:type="auto" w:w="0"/>
        <w:jc w:val="center"/>
        <w:tblLayout w:type="autofit"/>
        <w:tblLook w:firstColumn="1" w:firstRow="1" w:lastColumn="0" w:lastRow="0" w:noHBand="0" w:noVBand="1" w:val="04A0"/>
      </w:tblPr>
      <w:tblGrid>
        <w:gridCol w:w="10206"/>
      </w:tblGrid>
      <w:tr>
        <w:tc>
          <w:tcPr>
            <w:tcW w:type="dxa" w:w="10206"/>
            <w:vAlign w:val="center"/>
            <w:shd w:fill="F2F2F2"/>
          </w:tcPr>
          <w:p>
            <w:pPr>
              <w:spacing w:after="0" w:before="0"/>
            </w:pPr>
            <w:r>
              <w:rPr>
                <w:rFonts w:ascii="Noto Sans CJK JP" w:hAnsi="Noto Sans CJK JP" w:eastAsia="Noto Sans CJK JP"/>
                <w:sz w:val="18"/>
              </w:rPr>
              <w:t>【使い方】その生徒との具体的な思い出＋この一覧の言葉＋教師自身の言葉を組み合わせます。言葉はそのまま使うのではなく、生徒の個性や背景、その生徒との関係に合わせて選んでください。</w:t>
            </w:r>
          </w:p>
        </w:tc>
      </w:tr>
    </w:tbl>
    <w:p>
      <w:pPr>
        <w:keepNext/>
        <w:spacing w:before="160" w:after="40"/>
      </w:pPr>
      <w:r>
        <w:rPr>
          <w:rFonts w:ascii="Noto Sans CJK JP" w:hAnsi="Noto Sans CJK JP" w:eastAsia="Noto Sans CJK JP"/>
          <w:b/>
          <w:sz w:val="23"/>
        </w:rPr>
        <w:t>１．応援したい生徒に</w:t>
      </w:r>
    </w:p>
    <w:p>
      <w:pPr>
        <w:spacing w:before="0" w:after="14" w:line="240" w:lineRule="auto"/>
        <w:ind w:left="0" w:firstLine="0"/>
      </w:pPr>
      <w:r>
        <w:rPr>
          <w:rFonts w:ascii="Noto Sans CJK JP" w:hAnsi="Noto Sans CJK JP" w:eastAsia="Noto Sans CJK JP"/>
          <w:sz w:val="18"/>
        </w:rPr>
        <w:t>001．何があっても、私は〇〇さんを応援しています。</w:t>
      </w:r>
    </w:p>
    <w:p>
      <w:pPr>
        <w:spacing w:before="0" w:after="14" w:line="240" w:lineRule="auto"/>
        <w:ind w:left="0" w:firstLine="0"/>
      </w:pPr>
      <w:r>
        <w:rPr>
          <w:rFonts w:ascii="Noto Sans CJK JP" w:hAnsi="Noto Sans CJK JP" w:eastAsia="Noto Sans CJK JP"/>
          <w:sz w:val="18"/>
        </w:rPr>
        <w:t>002．〇〇さんなら、きっとできると信じています。</w:t>
      </w:r>
    </w:p>
    <w:p>
      <w:pPr>
        <w:spacing w:before="0" w:after="14" w:line="240" w:lineRule="auto"/>
        <w:ind w:left="0" w:firstLine="0"/>
      </w:pPr>
      <w:r>
        <w:rPr>
          <w:rFonts w:ascii="Noto Sans CJK JP" w:hAnsi="Noto Sans CJK JP" w:eastAsia="Noto Sans CJK JP"/>
          <w:sz w:val="18"/>
        </w:rPr>
        <w:t>003．どちらを選んでも、私は〇〇さんを応援しています。</w:t>
      </w:r>
    </w:p>
    <w:p>
      <w:pPr>
        <w:spacing w:before="0" w:after="14" w:line="240" w:lineRule="auto"/>
        <w:ind w:left="0" w:firstLine="0"/>
      </w:pPr>
      <w:r>
        <w:rPr>
          <w:rFonts w:ascii="Noto Sans CJK JP" w:hAnsi="Noto Sans CJK JP" w:eastAsia="Noto Sans CJK JP"/>
          <w:sz w:val="18"/>
        </w:rPr>
        <w:t>004．〇〇さんなら大丈夫。</w:t>
      </w:r>
    </w:p>
    <w:p>
      <w:pPr>
        <w:spacing w:before="0" w:after="14" w:line="240" w:lineRule="auto"/>
        <w:ind w:left="0" w:firstLine="0"/>
      </w:pPr>
      <w:r>
        <w:rPr>
          <w:rFonts w:ascii="Noto Sans CJK JP" w:hAnsi="Noto Sans CJK JP" w:eastAsia="Noto Sans CJK JP"/>
          <w:sz w:val="18"/>
        </w:rPr>
        <w:t>005．頑張れ！</w:t>
      </w:r>
    </w:p>
    <w:p>
      <w:pPr>
        <w:spacing w:before="0" w:after="14" w:line="240" w:lineRule="auto"/>
        <w:ind w:left="0" w:firstLine="0"/>
      </w:pPr>
      <w:r>
        <w:rPr>
          <w:rFonts w:ascii="Noto Sans CJK JP" w:hAnsi="Noto Sans CJK JP" w:eastAsia="Noto Sans CJK JP"/>
          <w:sz w:val="18"/>
        </w:rPr>
        <w:t>006．焦らない、焦らない。</w:t>
      </w:r>
    </w:p>
    <w:p>
      <w:pPr>
        <w:spacing w:before="0" w:after="14" w:line="240" w:lineRule="auto"/>
        <w:ind w:left="0" w:firstLine="0"/>
      </w:pPr>
      <w:r>
        <w:rPr>
          <w:rFonts w:ascii="Noto Sans CJK JP" w:hAnsi="Noto Sans CJK JP" w:eastAsia="Noto Sans CJK JP"/>
          <w:sz w:val="18"/>
        </w:rPr>
        <w:t>007．胸を張って進んでください。</w:t>
      </w:r>
    </w:p>
    <w:p>
      <w:pPr>
        <w:spacing w:before="0" w:after="14" w:line="240" w:lineRule="auto"/>
        <w:ind w:left="0" w:firstLine="0"/>
      </w:pPr>
      <w:r>
        <w:rPr>
          <w:rFonts w:ascii="Noto Sans CJK JP" w:hAnsi="Noto Sans CJK JP" w:eastAsia="Noto Sans CJK JP"/>
          <w:sz w:val="18"/>
        </w:rPr>
        <w:t>008．失敗しても大丈夫。〇〇さんは〇〇さんです。</w:t>
      </w:r>
    </w:p>
    <w:p>
      <w:pPr>
        <w:spacing w:before="0" w:after="14" w:line="240" w:lineRule="auto"/>
        <w:ind w:left="0" w:firstLine="0"/>
      </w:pPr>
      <w:r>
        <w:rPr>
          <w:rFonts w:ascii="Noto Sans CJK JP" w:hAnsi="Noto Sans CJK JP" w:eastAsia="Noto Sans CJK JP"/>
          <w:sz w:val="18"/>
        </w:rPr>
        <w:t>009．進め、進め！</w:t>
      </w:r>
    </w:p>
    <w:p>
      <w:pPr>
        <w:spacing w:before="0" w:after="14" w:line="240" w:lineRule="auto"/>
        <w:ind w:left="0" w:firstLine="0"/>
      </w:pPr>
      <w:r>
        <w:rPr>
          <w:rFonts w:ascii="Noto Sans CJK JP" w:hAnsi="Noto Sans CJK JP" w:eastAsia="Noto Sans CJK JP"/>
          <w:sz w:val="18"/>
        </w:rPr>
        <w:t>010．流した汗も涙も、きっと〇〇さんの力になります。</w:t>
      </w:r>
    </w:p>
    <w:p>
      <w:pPr>
        <w:spacing w:before="0" w:after="14" w:line="240" w:lineRule="auto"/>
        <w:ind w:left="0" w:firstLine="0"/>
      </w:pPr>
      <w:r>
        <w:rPr>
          <w:rFonts w:ascii="Noto Sans CJK JP" w:hAnsi="Noto Sans CJK JP" w:eastAsia="Noto Sans CJK JP"/>
          <w:sz w:val="18"/>
        </w:rPr>
        <w:t>011．たまには誰かの力を借りながら進んでもいいんだよ。</w:t>
      </w:r>
    </w:p>
    <w:p>
      <w:pPr>
        <w:spacing w:before="0" w:after="14" w:line="240" w:lineRule="auto"/>
        <w:ind w:left="0" w:firstLine="0"/>
      </w:pPr>
      <w:r>
        <w:rPr>
          <w:rFonts w:ascii="Noto Sans CJK JP" w:hAnsi="Noto Sans CJK JP" w:eastAsia="Noto Sans CJK JP"/>
          <w:sz w:val="18"/>
        </w:rPr>
        <w:t>012．自分の道をつくっていってください。</w:t>
      </w:r>
    </w:p>
    <w:p>
      <w:pPr>
        <w:spacing w:before="0" w:after="14" w:line="240" w:lineRule="auto"/>
        <w:ind w:left="0" w:firstLine="0"/>
      </w:pPr>
      <w:r>
        <w:rPr>
          <w:rFonts w:ascii="Noto Sans CJK JP" w:hAnsi="Noto Sans CJK JP" w:eastAsia="Noto Sans CJK JP"/>
          <w:sz w:val="18"/>
        </w:rPr>
        <w:t>013．ときには振り返りながら、自分の歩幅で前へ進んでください。</w:t>
      </w:r>
    </w:p>
    <w:p>
      <w:pPr>
        <w:spacing w:before="0" w:after="14" w:line="240" w:lineRule="auto"/>
        <w:ind w:left="0" w:firstLine="0"/>
      </w:pPr>
      <w:r>
        <w:rPr>
          <w:rFonts w:ascii="Noto Sans CJK JP" w:hAnsi="Noto Sans CJK JP" w:eastAsia="Noto Sans CJK JP"/>
          <w:sz w:val="18"/>
        </w:rPr>
        <w:t>014．志があれば、道は少しずつ開けていきます。</w:t>
      </w:r>
    </w:p>
    <w:p>
      <w:pPr>
        <w:spacing w:before="0" w:after="14" w:line="240" w:lineRule="auto"/>
        <w:ind w:left="0" w:firstLine="0"/>
      </w:pPr>
      <w:r>
        <w:rPr>
          <w:rFonts w:ascii="Noto Sans CJK JP" w:hAnsi="Noto Sans CJK JP" w:eastAsia="Noto Sans CJK JP"/>
          <w:sz w:val="18"/>
        </w:rPr>
        <w:t>015．自分の中にある力を信じてください。</w:t>
      </w:r>
    </w:p>
    <w:p>
      <w:pPr>
        <w:spacing w:before="0" w:after="14" w:line="240" w:lineRule="auto"/>
        <w:ind w:left="0" w:firstLine="0"/>
      </w:pPr>
      <w:r>
        <w:rPr>
          <w:rFonts w:ascii="Noto Sans CJK JP" w:hAnsi="Noto Sans CJK JP" w:eastAsia="Noto Sans CJK JP"/>
          <w:sz w:val="18"/>
        </w:rPr>
        <w:t>016．夢に向かって、一歩ずつ歩んでください。</w:t>
      </w:r>
    </w:p>
    <w:p>
      <w:pPr>
        <w:spacing w:before="0" w:after="14" w:line="240" w:lineRule="auto"/>
        <w:ind w:left="0" w:firstLine="0"/>
      </w:pPr>
      <w:r>
        <w:rPr>
          <w:rFonts w:ascii="Noto Sans CJK JP" w:hAnsi="Noto Sans CJK JP" w:eastAsia="Noto Sans CJK JP"/>
          <w:sz w:val="18"/>
        </w:rPr>
        <w:t>017．夢を大切にしてください。</w:t>
      </w:r>
    </w:p>
    <w:p>
      <w:pPr>
        <w:spacing w:before="0" w:after="14" w:line="240" w:lineRule="auto"/>
        <w:ind w:left="0" w:firstLine="0"/>
      </w:pPr>
      <w:r>
        <w:rPr>
          <w:rFonts w:ascii="Noto Sans CJK JP" w:hAnsi="Noto Sans CJK JP" w:eastAsia="Noto Sans CJK JP"/>
          <w:sz w:val="18"/>
        </w:rPr>
        <w:t>018．夢がかなうその日まで、歩みを止めないで。</w:t>
      </w:r>
    </w:p>
    <w:p>
      <w:pPr>
        <w:spacing w:before="0" w:after="14" w:line="240" w:lineRule="auto"/>
        <w:ind w:left="0" w:firstLine="0"/>
      </w:pPr>
      <w:r>
        <w:rPr>
          <w:rFonts w:ascii="Noto Sans CJK JP" w:hAnsi="Noto Sans CJK JP" w:eastAsia="Noto Sans CJK JP"/>
          <w:sz w:val="18"/>
        </w:rPr>
        <w:t>019．胸を張って歩いていってください。</w:t>
      </w:r>
    </w:p>
    <w:p>
      <w:pPr>
        <w:spacing w:before="0" w:after="14" w:line="240" w:lineRule="auto"/>
        <w:ind w:left="0" w:firstLine="0"/>
      </w:pPr>
      <w:r>
        <w:rPr>
          <w:rFonts w:ascii="Noto Sans CJK JP" w:hAnsi="Noto Sans CJK JP" w:eastAsia="Noto Sans CJK JP"/>
          <w:sz w:val="18"/>
        </w:rPr>
        <w:t>020．迷いながらでも、自分で選んだ道を歩んでください。</w:t>
      </w:r>
    </w:p>
    <w:p>
      <w:pPr>
        <w:spacing w:before="0" w:after="14" w:line="240" w:lineRule="auto"/>
        <w:ind w:left="0" w:firstLine="0"/>
      </w:pPr>
      <w:r>
        <w:rPr>
          <w:rFonts w:ascii="Noto Sans CJK JP" w:hAnsi="Noto Sans CJK JP" w:eastAsia="Noto Sans CJK JP"/>
          <w:sz w:val="18"/>
        </w:rPr>
        <w:t>021．さあ、ここからまた歩き出そう。</w:t>
      </w:r>
    </w:p>
    <w:p>
      <w:pPr>
        <w:spacing w:before="0" w:after="14" w:line="240" w:lineRule="auto"/>
        <w:ind w:left="0" w:firstLine="0"/>
      </w:pPr>
      <w:r>
        <w:rPr>
          <w:rFonts w:ascii="Noto Sans CJK JP" w:hAnsi="Noto Sans CJK JP" w:eastAsia="Noto Sans CJK JP"/>
          <w:sz w:val="18"/>
        </w:rPr>
        <w:t>022．私は〇〇さんの力を信じています。</w:t>
      </w:r>
    </w:p>
    <w:p>
      <w:pPr>
        <w:spacing w:before="0" w:after="14" w:line="240" w:lineRule="auto"/>
        <w:ind w:left="0" w:firstLine="0"/>
      </w:pPr>
      <w:r>
        <w:rPr>
          <w:rFonts w:ascii="Noto Sans CJK JP" w:hAnsi="Noto Sans CJK JP" w:eastAsia="Noto Sans CJK JP"/>
          <w:sz w:val="18"/>
        </w:rPr>
        <w:t>023．また歩き出せるときが、きっときます。</w:t>
      </w:r>
    </w:p>
    <w:p>
      <w:pPr>
        <w:spacing w:before="0" w:after="14" w:line="240" w:lineRule="auto"/>
        <w:ind w:left="0" w:firstLine="0"/>
      </w:pPr>
      <w:r>
        <w:rPr>
          <w:rFonts w:ascii="Noto Sans CJK JP" w:hAnsi="Noto Sans CJK JP" w:eastAsia="Noto Sans CJK JP"/>
          <w:sz w:val="18"/>
        </w:rPr>
        <w:t>024．自分の可能性を、これからも広げてください。</w:t>
      </w:r>
    </w:p>
    <w:p>
      <w:pPr>
        <w:spacing w:before="0" w:after="14" w:line="240" w:lineRule="auto"/>
        <w:ind w:left="0" w:firstLine="0"/>
      </w:pPr>
      <w:r>
        <w:rPr>
          <w:rFonts w:ascii="Noto Sans CJK JP" w:hAnsi="Noto Sans CJK JP" w:eastAsia="Noto Sans CJK JP"/>
          <w:sz w:val="18"/>
        </w:rPr>
        <w:t>025．目の前の壁を、一つずつ越えていってください。</w:t>
      </w:r>
    </w:p>
    <w:p>
      <w:pPr>
        <w:spacing w:before="0" w:after="14" w:line="240" w:lineRule="auto"/>
        <w:ind w:left="0" w:firstLine="0"/>
      </w:pPr>
      <w:r>
        <w:rPr>
          <w:rFonts w:ascii="Noto Sans CJK JP" w:hAnsi="Noto Sans CJK JP" w:eastAsia="Noto Sans CJK JP"/>
          <w:sz w:val="18"/>
        </w:rPr>
        <w:t>026．粘り強く、自分らしく。</w:t>
      </w:r>
    </w:p>
    <w:p>
      <w:pPr>
        <w:spacing w:before="0" w:after="14" w:line="240" w:lineRule="auto"/>
        <w:ind w:left="0" w:firstLine="0"/>
      </w:pPr>
      <w:r>
        <w:rPr>
          <w:rFonts w:ascii="Noto Sans CJK JP" w:hAnsi="Noto Sans CJK JP" w:eastAsia="Noto Sans CJK JP"/>
          <w:sz w:val="18"/>
        </w:rPr>
        <w:t>027．〇〇のために力を尽くせるリーダーでいてください。</w:t>
      </w:r>
    </w:p>
    <w:p>
      <w:pPr>
        <w:spacing w:before="0" w:after="14" w:line="240" w:lineRule="auto"/>
        <w:ind w:left="0" w:firstLine="0"/>
      </w:pPr>
      <w:r>
        <w:rPr>
          <w:rFonts w:ascii="Noto Sans CJK JP" w:hAnsi="Noto Sans CJK JP" w:eastAsia="Noto Sans CJK JP"/>
          <w:sz w:val="18"/>
        </w:rPr>
        <w:t>028．負けるな。</w:t>
      </w:r>
    </w:p>
    <w:p>
      <w:pPr>
        <w:spacing w:before="0" w:after="14" w:line="240" w:lineRule="auto"/>
        <w:ind w:left="0" w:firstLine="0"/>
      </w:pPr>
      <w:r>
        <w:rPr>
          <w:rFonts w:ascii="Noto Sans CJK JP" w:hAnsi="Noto Sans CJK JP" w:eastAsia="Noto Sans CJK JP"/>
          <w:sz w:val="18"/>
        </w:rPr>
        <w:t>029．胸を張って。</w:t>
      </w:r>
    </w:p>
    <w:p>
      <w:pPr>
        <w:spacing w:before="0" w:after="14" w:line="240" w:lineRule="auto"/>
        <w:ind w:left="0" w:firstLine="0"/>
      </w:pPr>
      <w:r>
        <w:rPr>
          <w:rFonts w:ascii="Noto Sans CJK JP" w:hAnsi="Noto Sans CJK JP" w:eastAsia="Noto Sans CJK JP"/>
          <w:sz w:val="18"/>
        </w:rPr>
        <w:t>030．〇〇を大切に貫いてください。</w:t>
      </w:r>
    </w:p>
    <w:p>
      <w:pPr>
        <w:spacing w:before="0" w:after="14" w:line="240" w:lineRule="auto"/>
        <w:ind w:left="0" w:firstLine="0"/>
      </w:pPr>
      <w:r>
        <w:rPr>
          <w:rFonts w:ascii="Noto Sans CJK JP" w:hAnsi="Noto Sans CJK JP" w:eastAsia="Noto Sans CJK JP"/>
          <w:sz w:val="18"/>
        </w:rPr>
        <w:t>031．〇〇をこれからも磨き続けてください。</w:t>
      </w:r>
    </w:p>
    <w:p>
      <w:pPr>
        <w:spacing w:before="0" w:after="14" w:line="240" w:lineRule="auto"/>
        <w:ind w:left="0" w:firstLine="0"/>
      </w:pPr>
      <w:r>
        <w:rPr>
          <w:rFonts w:ascii="Noto Sans CJK JP" w:hAnsi="Noto Sans CJK JP" w:eastAsia="Noto Sans CJK JP"/>
          <w:sz w:val="18"/>
        </w:rPr>
        <w:t>032．失敗を恐れず、挑戦してください。</w:t>
      </w:r>
    </w:p>
    <w:p>
      <w:pPr>
        <w:spacing w:before="0" w:after="14" w:line="240" w:lineRule="auto"/>
        <w:ind w:left="0" w:firstLine="0"/>
      </w:pPr>
      <w:r>
        <w:rPr>
          <w:rFonts w:ascii="Noto Sans CJK JP" w:hAnsi="Noto Sans CJK JP" w:eastAsia="Noto Sans CJK JP"/>
          <w:sz w:val="18"/>
        </w:rPr>
        <w:t>033．何があっても、自分を見失わないで。</w:t>
      </w:r>
    </w:p>
    <w:p>
      <w:pPr>
        <w:spacing w:before="0" w:after="14" w:line="240" w:lineRule="auto"/>
        <w:ind w:left="0" w:firstLine="0"/>
      </w:pPr>
      <w:r>
        <w:rPr>
          <w:rFonts w:ascii="Noto Sans CJK JP" w:hAnsi="Noto Sans CJK JP" w:eastAsia="Noto Sans CJK JP"/>
          <w:sz w:val="18"/>
        </w:rPr>
        <w:t>034．一緒に頑張ろう。</w:t>
      </w:r>
    </w:p>
    <w:p>
      <w:pPr>
        <w:spacing w:before="0" w:after="14" w:line="240" w:lineRule="auto"/>
        <w:ind w:left="0" w:firstLine="0"/>
      </w:pPr>
      <w:r>
        <w:rPr>
          <w:rFonts w:ascii="Noto Sans CJK JP" w:hAnsi="Noto Sans CJK JP" w:eastAsia="Noto Sans CJK JP"/>
          <w:sz w:val="18"/>
        </w:rPr>
        <w:t>035．〇〇さんらしい一歩を、これからも積み重ねてください。</w:t>
      </w:r>
    </w:p>
    <w:p>
      <w:pPr>
        <w:keepNext/>
        <w:spacing w:before="160" w:after="40"/>
      </w:pPr>
      <w:r>
        <w:rPr>
          <w:rFonts w:ascii="Noto Sans CJK JP" w:hAnsi="Noto Sans CJK JP" w:eastAsia="Noto Sans CJK JP"/>
          <w:b/>
          <w:sz w:val="23"/>
        </w:rPr>
        <w:t>２．頑張った生徒に</w:t>
      </w:r>
    </w:p>
    <w:p>
      <w:pPr>
        <w:spacing w:before="0" w:after="14" w:line="240" w:lineRule="auto"/>
        <w:ind w:left="0" w:firstLine="0"/>
      </w:pPr>
      <w:r>
        <w:rPr>
          <w:rFonts w:ascii="Noto Sans CJK JP" w:hAnsi="Noto Sans CJK JP" w:eastAsia="Noto Sans CJK JP"/>
          <w:sz w:val="18"/>
        </w:rPr>
        <w:t>036．〇〇さんは、世界で一番素敵な〇〇です。</w:t>
      </w:r>
    </w:p>
    <w:p>
      <w:pPr>
        <w:spacing w:before="0" w:after="14" w:line="240" w:lineRule="auto"/>
        <w:ind w:left="0" w:firstLine="0"/>
      </w:pPr>
      <w:r>
        <w:rPr>
          <w:rFonts w:ascii="Noto Sans CJK JP" w:hAnsi="Noto Sans CJK JP" w:eastAsia="Noto Sans CJK JP"/>
          <w:sz w:val="18"/>
        </w:rPr>
        <w:t>037．本当に、本当に素敵です。</w:t>
      </w:r>
    </w:p>
    <w:p>
      <w:pPr>
        <w:spacing w:before="0" w:after="14" w:line="240" w:lineRule="auto"/>
        <w:ind w:left="0" w:firstLine="0"/>
      </w:pPr>
      <w:r>
        <w:rPr>
          <w:rFonts w:ascii="Noto Sans CJK JP" w:hAnsi="Noto Sans CJK JP" w:eastAsia="Noto Sans CJK JP"/>
          <w:sz w:val="18"/>
        </w:rPr>
        <w:t>038．〇〇がとても似合う〇〇さんへ。</w:t>
      </w:r>
    </w:p>
    <w:p>
      <w:pPr>
        <w:spacing w:before="0" w:after="14" w:line="240" w:lineRule="auto"/>
        <w:ind w:left="0" w:firstLine="0"/>
      </w:pPr>
      <w:r>
        <w:rPr>
          <w:rFonts w:ascii="Noto Sans CJK JP" w:hAnsi="Noto Sans CJK JP" w:eastAsia="Noto Sans CJK JP"/>
          <w:sz w:val="18"/>
        </w:rPr>
        <w:t>039．本当によく頑張りましたね。</w:t>
      </w:r>
    </w:p>
    <w:p>
      <w:pPr>
        <w:spacing w:before="0" w:after="14" w:line="240" w:lineRule="auto"/>
        <w:ind w:left="0" w:firstLine="0"/>
      </w:pPr>
      <w:r>
        <w:rPr>
          <w:rFonts w:ascii="Noto Sans CJK JP" w:hAnsi="Noto Sans CJK JP" w:eastAsia="Noto Sans CJK JP"/>
          <w:sz w:val="18"/>
        </w:rPr>
        <w:t>040．〇〇さんの笑顔が、とても印象に残っています。</w:t>
      </w:r>
    </w:p>
    <w:p>
      <w:pPr>
        <w:spacing w:before="0" w:after="14" w:line="240" w:lineRule="auto"/>
        <w:ind w:left="0" w:firstLine="0"/>
      </w:pPr>
      <w:r>
        <w:rPr>
          <w:rFonts w:ascii="Noto Sans CJK JP" w:hAnsi="Noto Sans CJK JP" w:eastAsia="Noto Sans CJK JP"/>
          <w:sz w:val="18"/>
        </w:rPr>
        <w:t>041．〇〇さんが舞台に立つ姿を、今でもよく覚えています。</w:t>
      </w:r>
    </w:p>
    <w:p>
      <w:pPr>
        <w:spacing w:before="0" w:after="14" w:line="240" w:lineRule="auto"/>
        <w:ind w:left="0" w:firstLine="0"/>
      </w:pPr>
      <w:r>
        <w:rPr>
          <w:rFonts w:ascii="Noto Sans CJK JP" w:hAnsi="Noto Sans CJK JP" w:eastAsia="Noto Sans CJK JP"/>
          <w:sz w:val="18"/>
        </w:rPr>
        <w:t>042．〇〇さんが歯を食いしばって頑張っていた姿を覚えています。</w:t>
      </w:r>
    </w:p>
    <w:p>
      <w:pPr>
        <w:spacing w:before="0" w:after="14" w:line="240" w:lineRule="auto"/>
        <w:ind w:left="0" w:firstLine="0"/>
      </w:pPr>
      <w:r>
        <w:rPr>
          <w:rFonts w:ascii="Noto Sans CJK JP" w:hAnsi="Noto Sans CJK JP" w:eastAsia="Noto Sans CJK JP"/>
          <w:sz w:val="18"/>
        </w:rPr>
        <w:t>043．〇〇さんが拳を握りしめて踏ん張っていた姿を覚えています。</w:t>
      </w:r>
    </w:p>
    <w:p>
      <w:pPr>
        <w:spacing w:before="0" w:after="14" w:line="240" w:lineRule="auto"/>
        <w:ind w:left="0" w:firstLine="0"/>
      </w:pPr>
      <w:r>
        <w:rPr>
          <w:rFonts w:ascii="Noto Sans CJK JP" w:hAnsi="Noto Sans CJK JP" w:eastAsia="Noto Sans CJK JP"/>
          <w:sz w:val="18"/>
        </w:rPr>
        <w:t>044．〇〇さんが唇をかみしめながら最後までやり切った姿を覚えています。</w:t>
      </w:r>
    </w:p>
    <w:p>
      <w:pPr>
        <w:spacing w:before="0" w:after="14" w:line="240" w:lineRule="auto"/>
        <w:ind w:left="0" w:firstLine="0"/>
      </w:pPr>
      <w:r>
        <w:rPr>
          <w:rFonts w:ascii="Noto Sans CJK JP" w:hAnsi="Noto Sans CJK JP" w:eastAsia="Noto Sans CJK JP"/>
          <w:sz w:val="18"/>
        </w:rPr>
        <w:t>045．最後まであきらめなかったこと、本当に立派でした。</w:t>
      </w:r>
    </w:p>
    <w:p>
      <w:pPr>
        <w:spacing w:before="0" w:after="14" w:line="240" w:lineRule="auto"/>
        <w:ind w:left="0" w:firstLine="0"/>
      </w:pPr>
      <w:r>
        <w:rPr>
          <w:rFonts w:ascii="Noto Sans CJK JP" w:hAnsi="Noto Sans CJK JP" w:eastAsia="Noto Sans CJK JP"/>
          <w:sz w:val="18"/>
        </w:rPr>
        <w:t>046．うまくいかないときも続けたことに価値があります。</w:t>
      </w:r>
    </w:p>
    <w:p>
      <w:pPr>
        <w:spacing w:before="0" w:after="14" w:line="240" w:lineRule="auto"/>
        <w:ind w:left="0" w:firstLine="0"/>
      </w:pPr>
      <w:r>
        <w:rPr>
          <w:rFonts w:ascii="Noto Sans CJK JP" w:hAnsi="Noto Sans CJK JP" w:eastAsia="Noto Sans CJK JP"/>
          <w:sz w:val="18"/>
        </w:rPr>
        <w:t>047．積み重ねてきた努力が、しっかり力になっています。</w:t>
      </w:r>
    </w:p>
    <w:p>
      <w:pPr>
        <w:spacing w:before="0" w:after="14" w:line="240" w:lineRule="auto"/>
        <w:ind w:left="0" w:firstLine="0"/>
      </w:pPr>
      <w:r>
        <w:rPr>
          <w:rFonts w:ascii="Noto Sans CJK JP" w:hAnsi="Noto Sans CJK JP" w:eastAsia="Noto Sans CJK JP"/>
          <w:sz w:val="18"/>
        </w:rPr>
        <w:t>048．〇〇さんの成長を近くで見ることができて、うれしかったです。</w:t>
      </w:r>
    </w:p>
    <w:p>
      <w:pPr>
        <w:spacing w:before="0" w:after="14" w:line="240" w:lineRule="auto"/>
        <w:ind w:left="0" w:firstLine="0"/>
      </w:pPr>
      <w:r>
        <w:rPr>
          <w:rFonts w:ascii="Noto Sans CJK JP" w:hAnsi="Noto Sans CJK JP" w:eastAsia="Noto Sans CJK JP"/>
          <w:sz w:val="18"/>
        </w:rPr>
        <w:t>049．一年前とは違う〇〇さんの姿を、頼もしく感じています。</w:t>
      </w:r>
    </w:p>
    <w:p>
      <w:pPr>
        <w:spacing w:before="0" w:after="14" w:line="240" w:lineRule="auto"/>
        <w:ind w:left="0" w:firstLine="0"/>
      </w:pPr>
      <w:r>
        <w:rPr>
          <w:rFonts w:ascii="Noto Sans CJK JP" w:hAnsi="Noto Sans CJK JP" w:eastAsia="Noto Sans CJK JP"/>
          <w:sz w:val="18"/>
        </w:rPr>
        <w:t>050．見えないところでも努力していたことを知っています。</w:t>
      </w:r>
    </w:p>
    <w:p>
      <w:pPr>
        <w:spacing w:before="0" w:after="14" w:line="240" w:lineRule="auto"/>
        <w:ind w:left="0" w:firstLine="0"/>
      </w:pPr>
      <w:r>
        <w:rPr>
          <w:rFonts w:ascii="Noto Sans CJK JP" w:hAnsi="Noto Sans CJK JP" w:eastAsia="Noto Sans CJK JP"/>
          <w:sz w:val="18"/>
        </w:rPr>
        <w:t>051．簡単ではないことに、よく向き合い続けましたね。</w:t>
      </w:r>
    </w:p>
    <w:p>
      <w:pPr>
        <w:spacing w:before="0" w:after="14" w:line="240" w:lineRule="auto"/>
        <w:ind w:left="0" w:firstLine="0"/>
      </w:pPr>
      <w:r>
        <w:rPr>
          <w:rFonts w:ascii="Noto Sans CJK JP" w:hAnsi="Noto Sans CJK JP" w:eastAsia="Noto Sans CJK JP"/>
          <w:sz w:val="18"/>
        </w:rPr>
        <w:t>052．結果だけではなく、そこまでの過程を誇りに思ってください。</w:t>
      </w:r>
    </w:p>
    <w:p>
      <w:pPr>
        <w:spacing w:before="0" w:after="14" w:line="240" w:lineRule="auto"/>
        <w:ind w:left="0" w:firstLine="0"/>
      </w:pPr>
      <w:r>
        <w:rPr>
          <w:rFonts w:ascii="Noto Sans CJK JP" w:hAnsi="Noto Sans CJK JP" w:eastAsia="Noto Sans CJK JP"/>
          <w:sz w:val="18"/>
        </w:rPr>
        <w:t>053．〇〇さんが最後までやり抜いたことを、私は忘れません。</w:t>
      </w:r>
    </w:p>
    <w:p>
      <w:pPr>
        <w:spacing w:before="0" w:after="14" w:line="240" w:lineRule="auto"/>
        <w:ind w:left="0" w:firstLine="0"/>
      </w:pPr>
      <w:r>
        <w:rPr>
          <w:rFonts w:ascii="Noto Sans CJK JP" w:hAnsi="Noto Sans CJK JP" w:eastAsia="Noto Sans CJK JP"/>
          <w:sz w:val="18"/>
        </w:rPr>
        <w:t>054．自分で決めたことに向き合った〇〇さんを、頼もしく思います。</w:t>
      </w:r>
    </w:p>
    <w:p>
      <w:pPr>
        <w:spacing w:before="0" w:after="14" w:line="240" w:lineRule="auto"/>
        <w:ind w:left="0" w:firstLine="0"/>
      </w:pPr>
      <w:r>
        <w:rPr>
          <w:rFonts w:ascii="Noto Sans CJK JP" w:hAnsi="Noto Sans CJK JP" w:eastAsia="Noto Sans CJK JP"/>
          <w:sz w:val="18"/>
        </w:rPr>
        <w:t>055．ここまで積み重ねてきた自分を、ぜひ認めてあげてください。</w:t>
      </w:r>
    </w:p>
    <w:p>
      <w:pPr>
        <w:keepNext/>
        <w:spacing w:before="160" w:after="40"/>
      </w:pPr>
      <w:r>
        <w:rPr>
          <w:rFonts w:ascii="Noto Sans CJK JP" w:hAnsi="Noto Sans CJK JP" w:eastAsia="Noto Sans CJK JP"/>
          <w:b/>
          <w:sz w:val="23"/>
        </w:rPr>
        <w:t>３．感動したことを伝えたい生徒に</w:t>
      </w:r>
    </w:p>
    <w:p>
      <w:pPr>
        <w:spacing w:before="0" w:after="14" w:line="240" w:lineRule="auto"/>
        <w:ind w:left="0" w:firstLine="0"/>
      </w:pPr>
      <w:r>
        <w:rPr>
          <w:rFonts w:ascii="Noto Sans CJK JP" w:hAnsi="Noto Sans CJK JP" w:eastAsia="Noto Sans CJK JP"/>
          <w:sz w:val="18"/>
        </w:rPr>
        <w:t>056．〇〇さんとの一年間は、かけがえのない時間でした。</w:t>
      </w:r>
    </w:p>
    <w:p>
      <w:pPr>
        <w:spacing w:before="0" w:after="14" w:line="240" w:lineRule="auto"/>
        <w:ind w:left="0" w:firstLine="0"/>
      </w:pPr>
      <w:r>
        <w:rPr>
          <w:rFonts w:ascii="Noto Sans CJK JP" w:hAnsi="Noto Sans CJK JP" w:eastAsia="Noto Sans CJK JP"/>
          <w:sz w:val="18"/>
        </w:rPr>
        <w:t>057．思い出すだけで、今でも胸が熱くなります。</w:t>
      </w:r>
    </w:p>
    <w:p>
      <w:pPr>
        <w:spacing w:before="0" w:after="14" w:line="240" w:lineRule="auto"/>
        <w:ind w:left="0" w:firstLine="0"/>
      </w:pPr>
      <w:r>
        <w:rPr>
          <w:rFonts w:ascii="Noto Sans CJK JP" w:hAnsi="Noto Sans CJK JP" w:eastAsia="Noto Sans CJK JP"/>
          <w:sz w:val="18"/>
        </w:rPr>
        <w:t>058．〇〇したとき、本当にうれしかったです。</w:t>
      </w:r>
    </w:p>
    <w:p>
      <w:pPr>
        <w:spacing w:before="0" w:after="14" w:line="240" w:lineRule="auto"/>
        <w:ind w:left="0" w:firstLine="0"/>
      </w:pPr>
      <w:r>
        <w:rPr>
          <w:rFonts w:ascii="Noto Sans CJK JP" w:hAnsi="Noto Sans CJK JP" w:eastAsia="Noto Sans CJK JP"/>
          <w:sz w:val="18"/>
        </w:rPr>
        <w:t>059．感謝の気持ちでいっぱいです。</w:t>
      </w:r>
    </w:p>
    <w:p>
      <w:pPr>
        <w:spacing w:before="0" w:after="14" w:line="240" w:lineRule="auto"/>
        <w:ind w:left="0" w:firstLine="0"/>
      </w:pPr>
      <w:r>
        <w:rPr>
          <w:rFonts w:ascii="Noto Sans CJK JP" w:hAnsi="Noto Sans CJK JP" w:eastAsia="Noto Sans CJK JP"/>
          <w:sz w:val="18"/>
        </w:rPr>
        <w:t>060．この喜びを、どう伝えればよいのか分からないほどです。</w:t>
      </w:r>
    </w:p>
    <w:p>
      <w:pPr>
        <w:spacing w:before="0" w:after="14" w:line="240" w:lineRule="auto"/>
        <w:ind w:left="0" w:firstLine="0"/>
      </w:pPr>
      <w:r>
        <w:rPr>
          <w:rFonts w:ascii="Noto Sans CJK JP" w:hAnsi="Noto Sans CJK JP" w:eastAsia="Noto Sans CJK JP"/>
          <w:sz w:val="18"/>
        </w:rPr>
        <w:t>061．いつまでも忘れません。</w:t>
      </w:r>
    </w:p>
    <w:p>
      <w:pPr>
        <w:spacing w:before="0" w:after="14" w:line="240" w:lineRule="auto"/>
        <w:ind w:left="0" w:firstLine="0"/>
      </w:pPr>
      <w:r>
        <w:rPr>
          <w:rFonts w:ascii="Noto Sans CJK JP" w:hAnsi="Noto Sans CJK JP" w:eastAsia="Noto Sans CJK JP"/>
          <w:sz w:val="18"/>
        </w:rPr>
        <w:t>062．今でも心に深く残っています。</w:t>
      </w:r>
    </w:p>
    <w:p>
      <w:pPr>
        <w:spacing w:before="0" w:after="14" w:line="240" w:lineRule="auto"/>
        <w:ind w:left="0" w:firstLine="0"/>
      </w:pPr>
      <w:r>
        <w:rPr>
          <w:rFonts w:ascii="Noto Sans CJK JP" w:hAnsi="Noto Sans CJK JP" w:eastAsia="Noto Sans CJK JP"/>
          <w:sz w:val="18"/>
        </w:rPr>
        <w:t>063．言葉にならないほど感動しました。</w:t>
      </w:r>
    </w:p>
    <w:p>
      <w:pPr>
        <w:spacing w:before="0" w:after="14" w:line="240" w:lineRule="auto"/>
        <w:ind w:left="0" w:firstLine="0"/>
      </w:pPr>
      <w:r>
        <w:rPr>
          <w:rFonts w:ascii="Noto Sans CJK JP" w:hAnsi="Noto Sans CJK JP" w:eastAsia="Noto Sans CJK JP"/>
          <w:sz w:val="18"/>
        </w:rPr>
        <w:t>064．〇〇さんたちの友情に、何度も心を動かされました。</w:t>
      </w:r>
    </w:p>
    <w:p>
      <w:pPr>
        <w:spacing w:before="0" w:after="14" w:line="240" w:lineRule="auto"/>
        <w:ind w:left="0" w:firstLine="0"/>
      </w:pPr>
      <w:r>
        <w:rPr>
          <w:rFonts w:ascii="Noto Sans CJK JP" w:hAnsi="Noto Sans CJK JP" w:eastAsia="Noto Sans CJK JP"/>
          <w:sz w:val="18"/>
        </w:rPr>
        <w:t>065．クラスのつながりを感じた瞬間を忘れません。</w:t>
      </w:r>
    </w:p>
    <w:p>
      <w:pPr>
        <w:spacing w:before="0" w:after="14" w:line="240" w:lineRule="auto"/>
        <w:ind w:left="0" w:firstLine="0"/>
      </w:pPr>
      <w:r>
        <w:rPr>
          <w:rFonts w:ascii="Noto Sans CJK JP" w:hAnsi="Noto Sans CJK JP" w:eastAsia="Noto Sans CJK JP"/>
          <w:sz w:val="18"/>
        </w:rPr>
        <w:t>066．〇組のまとまりを、何度も感じました。</w:t>
      </w:r>
    </w:p>
    <w:p>
      <w:pPr>
        <w:spacing w:before="0" w:after="14" w:line="240" w:lineRule="auto"/>
        <w:ind w:left="0" w:firstLine="0"/>
      </w:pPr>
      <w:r>
        <w:rPr>
          <w:rFonts w:ascii="Noto Sans CJK JP" w:hAnsi="Noto Sans CJK JP" w:eastAsia="Noto Sans CJK JP"/>
          <w:sz w:val="18"/>
        </w:rPr>
        <w:t>067．〇〇中の仲間として過ごした時間を誇りに思います。</w:t>
      </w:r>
    </w:p>
    <w:p>
      <w:pPr>
        <w:spacing w:before="0" w:after="14" w:line="240" w:lineRule="auto"/>
        <w:ind w:left="0" w:firstLine="0"/>
      </w:pPr>
      <w:r>
        <w:rPr>
          <w:rFonts w:ascii="Noto Sans CJK JP" w:hAnsi="Noto Sans CJK JP" w:eastAsia="Noto Sans CJK JP"/>
          <w:sz w:val="18"/>
        </w:rPr>
        <w:t>068．〇〇さんの姿に、私自身も勇気をもらいました。</w:t>
      </w:r>
    </w:p>
    <w:p>
      <w:pPr>
        <w:spacing w:before="0" w:after="14" w:line="240" w:lineRule="auto"/>
        <w:ind w:left="0" w:firstLine="0"/>
      </w:pPr>
      <w:r>
        <w:rPr>
          <w:rFonts w:ascii="Noto Sans CJK JP" w:hAnsi="Noto Sans CJK JP" w:eastAsia="Noto Sans CJK JP"/>
          <w:sz w:val="18"/>
        </w:rPr>
        <w:t>069．あの瞬間に立ち会えたことを、今でもありがたく思います。</w:t>
      </w:r>
    </w:p>
    <w:p>
      <w:pPr>
        <w:spacing w:before="0" w:after="14" w:line="240" w:lineRule="auto"/>
        <w:ind w:left="0" w:firstLine="0"/>
      </w:pPr>
      <w:r>
        <w:rPr>
          <w:rFonts w:ascii="Noto Sans CJK JP" w:hAnsi="Noto Sans CJK JP" w:eastAsia="Noto Sans CJK JP"/>
          <w:sz w:val="18"/>
        </w:rPr>
        <w:t>070．〇〇さんと一緒に見た景色を、これからも大切にします。</w:t>
      </w:r>
    </w:p>
    <w:p>
      <w:pPr>
        <w:keepNext/>
        <w:spacing w:before="160" w:after="40"/>
      </w:pPr>
      <w:r>
        <w:rPr>
          <w:rFonts w:ascii="Noto Sans CJK JP" w:hAnsi="Noto Sans CJK JP" w:eastAsia="Noto Sans CJK JP"/>
          <w:b/>
          <w:sz w:val="23"/>
        </w:rPr>
        <w:t>４．「ありがとう」と伝えたい生徒に</w:t>
      </w:r>
    </w:p>
    <w:p>
      <w:pPr>
        <w:spacing w:before="0" w:after="14" w:line="240" w:lineRule="auto"/>
        <w:ind w:left="0" w:firstLine="0"/>
      </w:pPr>
      <w:r>
        <w:rPr>
          <w:rFonts w:ascii="Noto Sans CJK JP" w:hAnsi="Noto Sans CJK JP" w:eastAsia="Noto Sans CJK JP"/>
          <w:sz w:val="18"/>
        </w:rPr>
        <w:t>071．〇〇さんは私に、〇〇ということを教えてくれました。</w:t>
      </w:r>
    </w:p>
    <w:p>
      <w:pPr>
        <w:spacing w:before="0" w:after="14" w:line="240" w:lineRule="auto"/>
        <w:ind w:left="0" w:firstLine="0"/>
      </w:pPr>
      <w:r>
        <w:rPr>
          <w:rFonts w:ascii="Noto Sans CJK JP" w:hAnsi="Noto Sans CJK JP" w:eastAsia="Noto Sans CJK JP"/>
          <w:sz w:val="18"/>
        </w:rPr>
        <w:t>072．頑張っている〇〇さんを見て、私も力をもらいました。</w:t>
      </w:r>
    </w:p>
    <w:p>
      <w:pPr>
        <w:spacing w:before="0" w:after="14" w:line="240" w:lineRule="auto"/>
        <w:ind w:left="0" w:firstLine="0"/>
      </w:pPr>
      <w:r>
        <w:rPr>
          <w:rFonts w:ascii="Noto Sans CJK JP" w:hAnsi="Noto Sans CJK JP" w:eastAsia="Noto Sans CJK JP"/>
          <w:sz w:val="18"/>
        </w:rPr>
        <w:t>073．ありがとう。いつも本当にありがとう。</w:t>
      </w:r>
    </w:p>
    <w:p>
      <w:pPr>
        <w:spacing w:before="0" w:after="14" w:line="240" w:lineRule="auto"/>
        <w:ind w:left="0" w:firstLine="0"/>
      </w:pPr>
      <w:r>
        <w:rPr>
          <w:rFonts w:ascii="Noto Sans CJK JP" w:hAnsi="Noto Sans CJK JP" w:eastAsia="Noto Sans CJK JP"/>
          <w:sz w:val="18"/>
        </w:rPr>
        <w:t>074．〇〇が力を発揮できたのも、〇〇さんのおかげです。</w:t>
      </w:r>
    </w:p>
    <w:p>
      <w:pPr>
        <w:spacing w:before="0" w:after="14" w:line="240" w:lineRule="auto"/>
        <w:ind w:left="0" w:firstLine="0"/>
      </w:pPr>
      <w:r>
        <w:rPr>
          <w:rFonts w:ascii="Noto Sans CJK JP" w:hAnsi="Noto Sans CJK JP" w:eastAsia="Noto Sans CJK JP"/>
          <w:sz w:val="18"/>
        </w:rPr>
        <w:t>075．〇〇さんの担任でいられたことを、幸せに思います。</w:t>
      </w:r>
    </w:p>
    <w:p>
      <w:pPr>
        <w:spacing w:before="0" w:after="14" w:line="240" w:lineRule="auto"/>
        <w:ind w:left="0" w:firstLine="0"/>
      </w:pPr>
      <w:r>
        <w:rPr>
          <w:rFonts w:ascii="Noto Sans CJK JP" w:hAnsi="Noto Sans CJK JP" w:eastAsia="Noto Sans CJK JP"/>
          <w:sz w:val="18"/>
        </w:rPr>
        <w:t>076．〇〇さんとの出会いは、私にとっても大切なものになりました。</w:t>
      </w:r>
    </w:p>
    <w:p>
      <w:pPr>
        <w:spacing w:before="0" w:after="14" w:line="240" w:lineRule="auto"/>
        <w:ind w:left="0" w:firstLine="0"/>
      </w:pPr>
      <w:r>
        <w:rPr>
          <w:rFonts w:ascii="Noto Sans CJK JP" w:hAnsi="Noto Sans CJK JP" w:eastAsia="Noto Sans CJK JP"/>
          <w:sz w:val="18"/>
        </w:rPr>
        <w:t>077．いつも素敵な笑顔をありがとう。</w:t>
      </w:r>
    </w:p>
    <w:p>
      <w:pPr>
        <w:spacing w:before="0" w:after="14" w:line="240" w:lineRule="auto"/>
        <w:ind w:left="0" w:firstLine="0"/>
      </w:pPr>
      <w:r>
        <w:rPr>
          <w:rFonts w:ascii="Noto Sans CJK JP" w:hAnsi="Noto Sans CJK JP" w:eastAsia="Noto Sans CJK JP"/>
          <w:sz w:val="18"/>
        </w:rPr>
        <w:t>078．さりげない優しさを、ありがとう。</w:t>
      </w:r>
    </w:p>
    <w:p>
      <w:pPr>
        <w:spacing w:before="0" w:after="14" w:line="240" w:lineRule="auto"/>
        <w:ind w:left="0" w:firstLine="0"/>
      </w:pPr>
      <w:r>
        <w:rPr>
          <w:rFonts w:ascii="Noto Sans CJK JP" w:hAnsi="Noto Sans CJK JP" w:eastAsia="Noto Sans CJK JP"/>
          <w:sz w:val="18"/>
        </w:rPr>
        <w:t>079．心から感謝しています。</w:t>
      </w:r>
    </w:p>
    <w:p>
      <w:pPr>
        <w:spacing w:before="0" w:after="14" w:line="240" w:lineRule="auto"/>
        <w:ind w:left="0" w:firstLine="0"/>
      </w:pPr>
      <w:r>
        <w:rPr>
          <w:rFonts w:ascii="Noto Sans CJK JP" w:hAnsi="Noto Sans CJK JP" w:eastAsia="Noto Sans CJK JP"/>
          <w:sz w:val="18"/>
        </w:rPr>
        <w:t>080．本当にありがとう。</w:t>
      </w:r>
    </w:p>
    <w:p>
      <w:pPr>
        <w:spacing w:before="0" w:after="14" w:line="240" w:lineRule="auto"/>
        <w:ind w:left="0" w:firstLine="0"/>
      </w:pPr>
      <w:r>
        <w:rPr>
          <w:rFonts w:ascii="Noto Sans CJK JP" w:hAnsi="Noto Sans CJK JP" w:eastAsia="Noto Sans CJK JP"/>
          <w:sz w:val="18"/>
        </w:rPr>
        <w:t>081．〇〇さんの三年間は、かけがえのない時間でした。</w:t>
      </w:r>
    </w:p>
    <w:p>
      <w:pPr>
        <w:spacing w:before="0" w:after="14" w:line="240" w:lineRule="auto"/>
        <w:ind w:left="0" w:firstLine="0"/>
      </w:pPr>
      <w:r>
        <w:rPr>
          <w:rFonts w:ascii="Noto Sans CJK JP" w:hAnsi="Noto Sans CJK JP" w:eastAsia="Noto Sans CJK JP"/>
          <w:sz w:val="18"/>
        </w:rPr>
        <w:t>082．助けてくれて、ありがとう。</w:t>
      </w:r>
    </w:p>
    <w:p>
      <w:pPr>
        <w:spacing w:before="0" w:after="14" w:line="240" w:lineRule="auto"/>
        <w:ind w:left="0" w:firstLine="0"/>
      </w:pPr>
      <w:r>
        <w:rPr>
          <w:rFonts w:ascii="Noto Sans CJK JP" w:hAnsi="Noto Sans CJK JP" w:eastAsia="Noto Sans CJK JP"/>
          <w:sz w:val="18"/>
        </w:rPr>
        <w:t>083．手伝ってくれて、ありがとう。</w:t>
      </w:r>
    </w:p>
    <w:p>
      <w:pPr>
        <w:spacing w:before="0" w:after="14" w:line="240" w:lineRule="auto"/>
        <w:ind w:left="0" w:firstLine="0"/>
      </w:pPr>
      <w:r>
        <w:rPr>
          <w:rFonts w:ascii="Noto Sans CJK JP" w:hAnsi="Noto Sans CJK JP" w:eastAsia="Noto Sans CJK JP"/>
          <w:sz w:val="18"/>
        </w:rPr>
        <w:t>084．いつも笑わせてくれて、ありがとう。</w:t>
      </w:r>
    </w:p>
    <w:p>
      <w:pPr>
        <w:spacing w:before="0" w:after="14" w:line="240" w:lineRule="auto"/>
        <w:ind w:left="0" w:firstLine="0"/>
      </w:pPr>
      <w:r>
        <w:rPr>
          <w:rFonts w:ascii="Noto Sans CJK JP" w:hAnsi="Noto Sans CJK JP" w:eastAsia="Noto Sans CJK JP"/>
          <w:sz w:val="18"/>
        </w:rPr>
        <w:t>085．みんなのおかげで、毎日の仕事が楽しくなりました。</w:t>
      </w:r>
    </w:p>
    <w:p>
      <w:pPr>
        <w:spacing w:before="0" w:after="14" w:line="240" w:lineRule="auto"/>
        <w:ind w:left="0" w:firstLine="0"/>
      </w:pPr>
      <w:r>
        <w:rPr>
          <w:rFonts w:ascii="Noto Sans CJK JP" w:hAnsi="Noto Sans CJK JP" w:eastAsia="Noto Sans CJK JP"/>
          <w:sz w:val="18"/>
        </w:rPr>
        <w:t>086．〇〇のために力を尽くす〇〇さんの姿を忘れません。</w:t>
      </w:r>
    </w:p>
    <w:p>
      <w:pPr>
        <w:spacing w:before="0" w:after="14" w:line="240" w:lineRule="auto"/>
        <w:ind w:left="0" w:firstLine="0"/>
      </w:pPr>
      <w:r>
        <w:rPr>
          <w:rFonts w:ascii="Noto Sans CJK JP" w:hAnsi="Noto Sans CJK JP" w:eastAsia="Noto Sans CJK JP"/>
          <w:sz w:val="18"/>
        </w:rPr>
        <w:t>087．いつも元気をもらいました。ありがとう。</w:t>
      </w:r>
    </w:p>
    <w:p>
      <w:pPr>
        <w:spacing w:before="0" w:after="14" w:line="240" w:lineRule="auto"/>
        <w:ind w:left="0" w:firstLine="0"/>
      </w:pPr>
      <w:r>
        <w:rPr>
          <w:rFonts w:ascii="Noto Sans CJK JP" w:hAnsi="Noto Sans CJK JP" w:eastAsia="Noto Sans CJK JP"/>
          <w:sz w:val="18"/>
        </w:rPr>
        <w:t>088．〇〇さんと出会えたことに感謝しています。</w:t>
      </w:r>
    </w:p>
    <w:p>
      <w:pPr>
        <w:spacing w:before="0" w:after="14" w:line="240" w:lineRule="auto"/>
        <w:ind w:left="0" w:firstLine="0"/>
      </w:pPr>
      <w:r>
        <w:rPr>
          <w:rFonts w:ascii="Noto Sans CJK JP" w:hAnsi="Noto Sans CJK JP" w:eastAsia="Noto Sans CJK JP"/>
          <w:sz w:val="18"/>
        </w:rPr>
        <w:t>089．何気ない一言に、何度も救われました。</w:t>
      </w:r>
    </w:p>
    <w:p>
      <w:pPr>
        <w:spacing w:before="0" w:after="14" w:line="240" w:lineRule="auto"/>
        <w:ind w:left="0" w:firstLine="0"/>
      </w:pPr>
      <w:r>
        <w:rPr>
          <w:rFonts w:ascii="Noto Sans CJK JP" w:hAnsi="Noto Sans CJK JP" w:eastAsia="Noto Sans CJK JP"/>
          <w:sz w:val="18"/>
        </w:rPr>
        <w:t>090．周りを気遣う姿を、いつも頼もしく見ていました。</w:t>
      </w:r>
    </w:p>
    <w:p>
      <w:pPr>
        <w:spacing w:before="0" w:after="14" w:line="240" w:lineRule="auto"/>
        <w:ind w:left="0" w:firstLine="0"/>
      </w:pPr>
      <w:r>
        <w:rPr>
          <w:rFonts w:ascii="Noto Sans CJK JP" w:hAnsi="Noto Sans CJK JP" w:eastAsia="Noto Sans CJK JP"/>
          <w:sz w:val="18"/>
        </w:rPr>
        <w:t>091．困っている人に声をかけてくれて、ありがとう。</w:t>
      </w:r>
    </w:p>
    <w:p>
      <w:pPr>
        <w:spacing w:before="0" w:after="14" w:line="240" w:lineRule="auto"/>
        <w:ind w:left="0" w:firstLine="0"/>
      </w:pPr>
      <w:r>
        <w:rPr>
          <w:rFonts w:ascii="Noto Sans CJK JP" w:hAnsi="Noto Sans CJK JP" w:eastAsia="Noto Sans CJK JP"/>
          <w:sz w:val="18"/>
        </w:rPr>
        <w:t>092．クラスを支えてくれて、本当にありがとう。</w:t>
      </w:r>
    </w:p>
    <w:p>
      <w:pPr>
        <w:spacing w:before="0" w:after="14" w:line="240" w:lineRule="auto"/>
        <w:ind w:left="0" w:firstLine="0"/>
      </w:pPr>
      <w:r>
        <w:rPr>
          <w:rFonts w:ascii="Noto Sans CJK JP" w:hAnsi="Noto Sans CJK JP" w:eastAsia="Noto Sans CJK JP"/>
          <w:sz w:val="18"/>
        </w:rPr>
        <w:t>093．最後まで一緒に歩いてくれて、ありがとう。</w:t>
      </w:r>
    </w:p>
    <w:p>
      <w:pPr>
        <w:spacing w:before="0" w:after="14" w:line="240" w:lineRule="auto"/>
        <w:ind w:left="0" w:firstLine="0"/>
      </w:pPr>
      <w:r>
        <w:rPr>
          <w:rFonts w:ascii="Noto Sans CJK JP" w:hAnsi="Noto Sans CJK JP" w:eastAsia="Noto Sans CJK JP"/>
          <w:sz w:val="18"/>
        </w:rPr>
        <w:t>094．〇〇さんがいてくれたから、できたことがたくさんあります。</w:t>
      </w:r>
    </w:p>
    <w:p>
      <w:pPr>
        <w:spacing w:before="0" w:after="14" w:line="240" w:lineRule="auto"/>
        <w:ind w:left="0" w:firstLine="0"/>
      </w:pPr>
      <w:r>
        <w:rPr>
          <w:rFonts w:ascii="Noto Sans CJK JP" w:hAnsi="Noto Sans CJK JP" w:eastAsia="Noto Sans CJK JP"/>
          <w:sz w:val="18"/>
        </w:rPr>
        <w:t>095．出会ってくれて、ありがとう。</w:t>
      </w:r>
    </w:p>
    <w:p>
      <w:pPr>
        <w:keepNext/>
        <w:spacing w:before="160" w:after="40"/>
      </w:pPr>
      <w:r>
        <w:rPr>
          <w:rFonts w:ascii="Noto Sans CJK JP" w:hAnsi="Noto Sans CJK JP" w:eastAsia="Noto Sans CJK JP"/>
          <w:b/>
          <w:sz w:val="23"/>
        </w:rPr>
        <w:t>５．寂しい思い、つらい思いをした生徒に</w:t>
      </w:r>
    </w:p>
    <w:p>
      <w:pPr>
        <w:spacing w:before="0" w:after="14" w:line="240" w:lineRule="auto"/>
        <w:ind w:left="0" w:firstLine="0"/>
      </w:pPr>
      <w:r>
        <w:rPr>
          <w:rFonts w:ascii="Noto Sans CJK JP" w:hAnsi="Noto Sans CJK JP" w:eastAsia="Noto Sans CJK JP"/>
          <w:sz w:val="18"/>
        </w:rPr>
        <w:t>096．たまには、ゆっくり休んでください。</w:t>
      </w:r>
    </w:p>
    <w:p>
      <w:pPr>
        <w:spacing w:before="0" w:after="14" w:line="240" w:lineRule="auto"/>
        <w:ind w:left="0" w:firstLine="0"/>
      </w:pPr>
      <w:r>
        <w:rPr>
          <w:rFonts w:ascii="Noto Sans CJK JP" w:hAnsi="Noto Sans CJK JP" w:eastAsia="Noto Sans CJK JP"/>
          <w:sz w:val="18"/>
        </w:rPr>
        <w:t>097．そのままの〇〇さんでいてください。</w:t>
      </w:r>
    </w:p>
    <w:p>
      <w:pPr>
        <w:spacing w:before="0" w:after="14" w:line="240" w:lineRule="auto"/>
        <w:ind w:left="0" w:firstLine="0"/>
      </w:pPr>
      <w:r>
        <w:rPr>
          <w:rFonts w:ascii="Noto Sans CJK JP" w:hAnsi="Noto Sans CJK JP" w:eastAsia="Noto Sans CJK JP"/>
          <w:sz w:val="18"/>
        </w:rPr>
        <w:t>098．〇〇さんの代わりは、誰にもできません。</w:t>
      </w:r>
    </w:p>
    <w:p>
      <w:pPr>
        <w:spacing w:before="0" w:after="14" w:line="240" w:lineRule="auto"/>
        <w:ind w:left="0" w:firstLine="0"/>
      </w:pPr>
      <w:r>
        <w:rPr>
          <w:rFonts w:ascii="Noto Sans CJK JP" w:hAnsi="Noto Sans CJK JP" w:eastAsia="Noto Sans CJK JP"/>
          <w:sz w:val="18"/>
        </w:rPr>
        <w:t>099．自分のことも大切にしてください。</w:t>
      </w:r>
    </w:p>
    <w:p>
      <w:pPr>
        <w:spacing w:before="0" w:after="14" w:line="240" w:lineRule="auto"/>
        <w:ind w:left="0" w:firstLine="0"/>
      </w:pPr>
      <w:r>
        <w:rPr>
          <w:rFonts w:ascii="Noto Sans CJK JP" w:hAnsi="Noto Sans CJK JP" w:eastAsia="Noto Sans CJK JP"/>
          <w:sz w:val="18"/>
        </w:rPr>
        <w:t>100．私はこれからも〇〇さんを応援しています。</w:t>
      </w:r>
    </w:p>
    <w:p>
      <w:pPr>
        <w:spacing w:before="0" w:after="14" w:line="240" w:lineRule="auto"/>
        <w:ind w:left="0" w:firstLine="0"/>
      </w:pPr>
      <w:r>
        <w:rPr>
          <w:rFonts w:ascii="Noto Sans CJK JP" w:hAnsi="Noto Sans CJK JP" w:eastAsia="Noto Sans CJK JP"/>
          <w:sz w:val="18"/>
        </w:rPr>
        <w:t>101．疲れたときは、無理をしなくても大丈夫です。</w:t>
      </w:r>
    </w:p>
    <w:p>
      <w:pPr>
        <w:spacing w:before="0" w:after="14" w:line="240" w:lineRule="auto"/>
        <w:ind w:left="0" w:firstLine="0"/>
      </w:pPr>
      <w:r>
        <w:rPr>
          <w:rFonts w:ascii="Noto Sans CJK JP" w:hAnsi="Noto Sans CJK JP" w:eastAsia="Noto Sans CJK JP"/>
          <w:sz w:val="18"/>
        </w:rPr>
        <w:t>102．空はつながっています。</w:t>
      </w:r>
    </w:p>
    <w:p>
      <w:pPr>
        <w:spacing w:before="0" w:after="14" w:line="240" w:lineRule="auto"/>
        <w:ind w:left="0" w:firstLine="0"/>
      </w:pPr>
      <w:r>
        <w:rPr>
          <w:rFonts w:ascii="Noto Sans CJK JP" w:hAnsi="Noto Sans CJK JP" w:eastAsia="Noto Sans CJK JP"/>
          <w:sz w:val="18"/>
        </w:rPr>
        <w:t>103．〇〇さんとの時間は、私にとって宝物です。</w:t>
      </w:r>
    </w:p>
    <w:p>
      <w:pPr>
        <w:spacing w:before="0" w:after="14" w:line="240" w:lineRule="auto"/>
        <w:ind w:left="0" w:firstLine="0"/>
      </w:pPr>
      <w:r>
        <w:rPr>
          <w:rFonts w:ascii="Noto Sans CJK JP" w:hAnsi="Noto Sans CJK JP" w:eastAsia="Noto Sans CJK JP"/>
          <w:sz w:val="18"/>
        </w:rPr>
        <w:t>104．つらいときは、無理に前を向かなくても大丈夫です。</w:t>
      </w:r>
    </w:p>
    <w:p>
      <w:pPr>
        <w:spacing w:before="0" w:after="14" w:line="240" w:lineRule="auto"/>
        <w:ind w:left="0" w:firstLine="0"/>
      </w:pPr>
      <w:r>
        <w:rPr>
          <w:rFonts w:ascii="Noto Sans CJK JP" w:hAnsi="Noto Sans CJK JP" w:eastAsia="Noto Sans CJK JP"/>
          <w:sz w:val="18"/>
        </w:rPr>
        <w:t>105．焦らなくても大丈夫。</w:t>
      </w:r>
    </w:p>
    <w:p>
      <w:pPr>
        <w:spacing w:before="0" w:after="14" w:line="240" w:lineRule="auto"/>
        <w:ind w:left="0" w:firstLine="0"/>
      </w:pPr>
      <w:r>
        <w:rPr>
          <w:rFonts w:ascii="Noto Sans CJK JP" w:hAnsi="Noto Sans CJK JP" w:eastAsia="Noto Sans CJK JP"/>
          <w:sz w:val="18"/>
        </w:rPr>
        <w:t>106．担任として、〇〇さんと過ごした時間を大切に思っています。</w:t>
      </w:r>
    </w:p>
    <w:p>
      <w:pPr>
        <w:spacing w:before="0" w:after="14" w:line="240" w:lineRule="auto"/>
        <w:ind w:left="0" w:firstLine="0"/>
      </w:pPr>
      <w:r>
        <w:rPr>
          <w:rFonts w:ascii="Noto Sans CJK JP" w:hAnsi="Noto Sans CJK JP" w:eastAsia="Noto Sans CJK JP"/>
          <w:sz w:val="18"/>
        </w:rPr>
        <w:t>107．夢は、ゆっくり追いかけてもいいんです。</w:t>
      </w:r>
    </w:p>
    <w:p>
      <w:pPr>
        <w:spacing w:before="0" w:after="14" w:line="240" w:lineRule="auto"/>
        <w:ind w:left="0" w:firstLine="0"/>
      </w:pPr>
      <w:r>
        <w:rPr>
          <w:rFonts w:ascii="Noto Sans CJK JP" w:hAnsi="Noto Sans CJK JP" w:eastAsia="Noto Sans CJK JP"/>
          <w:sz w:val="18"/>
        </w:rPr>
        <w:t>108．同じ空の下から、これからも応援しています。</w:t>
      </w:r>
    </w:p>
    <w:p>
      <w:pPr>
        <w:spacing w:before="0" w:after="14" w:line="240" w:lineRule="auto"/>
        <w:ind w:left="0" w:firstLine="0"/>
      </w:pPr>
      <w:r>
        <w:rPr>
          <w:rFonts w:ascii="Noto Sans CJK JP" w:hAnsi="Noto Sans CJK JP" w:eastAsia="Noto Sans CJK JP"/>
          <w:sz w:val="18"/>
        </w:rPr>
        <w:t>109．〇〇さんとめぐりあえたことを、うれしく思います。</w:t>
      </w:r>
    </w:p>
    <w:p>
      <w:pPr>
        <w:spacing w:before="0" w:after="14" w:line="240" w:lineRule="auto"/>
        <w:ind w:left="0" w:firstLine="0"/>
      </w:pPr>
      <w:r>
        <w:rPr>
          <w:rFonts w:ascii="Noto Sans CJK JP" w:hAnsi="Noto Sans CJK JP" w:eastAsia="Noto Sans CJK JP"/>
          <w:sz w:val="18"/>
        </w:rPr>
        <w:t>110．〇〇さんなら大丈夫。</w:t>
      </w:r>
    </w:p>
    <w:p>
      <w:pPr>
        <w:spacing w:before="0" w:after="14" w:line="240" w:lineRule="auto"/>
        <w:ind w:left="0" w:firstLine="0"/>
      </w:pPr>
      <w:r>
        <w:rPr>
          <w:rFonts w:ascii="Noto Sans CJK JP" w:hAnsi="Noto Sans CJK JP" w:eastAsia="Noto Sans CJK JP"/>
          <w:sz w:val="18"/>
        </w:rPr>
        <w:t>111．一人で抱え込まなくても大丈夫です。</w:t>
      </w:r>
    </w:p>
    <w:p>
      <w:pPr>
        <w:spacing w:before="0" w:after="14" w:line="240" w:lineRule="auto"/>
        <w:ind w:left="0" w:firstLine="0"/>
      </w:pPr>
      <w:r>
        <w:rPr>
          <w:rFonts w:ascii="Noto Sans CJK JP" w:hAnsi="Noto Sans CJK JP" w:eastAsia="Noto Sans CJK JP"/>
          <w:sz w:val="18"/>
        </w:rPr>
        <w:t>112．自分のペースで、翼を広げていってください。</w:t>
      </w:r>
    </w:p>
    <w:p>
      <w:pPr>
        <w:spacing w:before="0" w:after="14" w:line="240" w:lineRule="auto"/>
        <w:ind w:left="0" w:firstLine="0"/>
      </w:pPr>
      <w:r>
        <w:rPr>
          <w:rFonts w:ascii="Noto Sans CJK JP" w:hAnsi="Noto Sans CJK JP" w:eastAsia="Noto Sans CJK JP"/>
          <w:sz w:val="18"/>
        </w:rPr>
        <w:t>113．冬の次には春が来ます。</w:t>
      </w:r>
    </w:p>
    <w:p>
      <w:pPr>
        <w:spacing w:before="0" w:after="14" w:line="240" w:lineRule="auto"/>
        <w:ind w:left="0" w:firstLine="0"/>
      </w:pPr>
      <w:r>
        <w:rPr>
          <w:rFonts w:ascii="Noto Sans CJK JP" w:hAnsi="Noto Sans CJK JP" w:eastAsia="Noto Sans CJK JP"/>
          <w:sz w:val="18"/>
        </w:rPr>
        <w:t>114．今は先が見えなくても、少しずつ景色が変わっていくことがあります。</w:t>
      </w:r>
    </w:p>
    <w:p>
      <w:pPr>
        <w:spacing w:before="0" w:after="14" w:line="240" w:lineRule="auto"/>
        <w:ind w:left="0" w:firstLine="0"/>
      </w:pPr>
      <w:r>
        <w:rPr>
          <w:rFonts w:ascii="Noto Sans CJK JP" w:hAnsi="Noto Sans CJK JP" w:eastAsia="Noto Sans CJK JP"/>
          <w:sz w:val="18"/>
        </w:rPr>
        <w:t>115．ときには空を見上げて、少し立ち止まってもいいと思います。</w:t>
      </w:r>
    </w:p>
    <w:p>
      <w:pPr>
        <w:keepNext/>
        <w:spacing w:before="160" w:after="40"/>
      </w:pPr>
      <w:r>
        <w:rPr>
          <w:rFonts w:ascii="Noto Sans CJK JP" w:hAnsi="Noto Sans CJK JP" w:eastAsia="Noto Sans CJK JP"/>
          <w:b/>
          <w:sz w:val="23"/>
        </w:rPr>
        <w:t>６．その他の言葉</w:t>
      </w:r>
    </w:p>
    <w:p>
      <w:pPr>
        <w:spacing w:before="0" w:after="14" w:line="240" w:lineRule="auto"/>
        <w:ind w:left="0" w:firstLine="0"/>
      </w:pPr>
      <w:r>
        <w:rPr>
          <w:rFonts w:ascii="Noto Sans CJK JP" w:hAnsi="Noto Sans CJK JP" w:eastAsia="Noto Sans CJK JP"/>
          <w:sz w:val="18"/>
        </w:rPr>
        <w:t>116．これからも、どうか元気でいてください。</w:t>
      </w:r>
    </w:p>
    <w:p>
      <w:pPr>
        <w:spacing w:before="0" w:after="14" w:line="240" w:lineRule="auto"/>
        <w:ind w:left="0" w:firstLine="0"/>
      </w:pPr>
      <w:r>
        <w:rPr>
          <w:rFonts w:ascii="Noto Sans CJK JP" w:hAnsi="Noto Sans CJK JP" w:eastAsia="Noto Sans CJK JP"/>
          <w:sz w:val="18"/>
        </w:rPr>
        <w:t>117．〇〇中での思い出を大切にしながら、新しい場所でも前へ進んでください。</w:t>
      </w:r>
    </w:p>
    <w:p>
      <w:pPr>
        <w:spacing w:before="0" w:after="14" w:line="240" w:lineRule="auto"/>
        <w:ind w:left="0" w:firstLine="0"/>
      </w:pPr>
      <w:r>
        <w:rPr>
          <w:rFonts w:ascii="Noto Sans CJK JP" w:hAnsi="Noto Sans CJK JP" w:eastAsia="Noto Sans CJK JP"/>
          <w:sz w:val="18"/>
        </w:rPr>
        <w:t>118．これからも、互いに助け合える人でいてください。</w:t>
      </w:r>
    </w:p>
    <w:p>
      <w:pPr>
        <w:spacing w:before="0" w:after="14" w:line="240" w:lineRule="auto"/>
        <w:ind w:left="0" w:firstLine="0"/>
      </w:pPr>
      <w:r>
        <w:rPr>
          <w:rFonts w:ascii="Noto Sans CJK JP" w:hAnsi="Noto Sans CJK JP" w:eastAsia="Noto Sans CJK JP"/>
          <w:sz w:val="18"/>
        </w:rPr>
        <w:t>119．無理をせず、自分のペースで。</w:t>
      </w:r>
    </w:p>
    <w:p>
      <w:pPr>
        <w:spacing w:before="0" w:after="14" w:line="240" w:lineRule="auto"/>
        <w:ind w:left="0" w:firstLine="0"/>
      </w:pPr>
      <w:r>
        <w:rPr>
          <w:rFonts w:ascii="Noto Sans CJK JP" w:hAnsi="Noto Sans CJK JP" w:eastAsia="Noto Sans CJK JP"/>
          <w:sz w:val="18"/>
        </w:rPr>
        <w:t>120．また成長した皆さんに会える日を楽しみにしています。</w:t>
      </w:r>
    </w:p>
    <w:p>
      <w:pPr>
        <w:spacing w:before="0" w:after="14" w:line="240" w:lineRule="auto"/>
        <w:ind w:left="0" w:firstLine="0"/>
      </w:pPr>
      <w:r>
        <w:rPr>
          <w:rFonts w:ascii="Noto Sans CJK JP" w:hAnsi="Noto Sans CJK JP" w:eastAsia="Noto Sans CJK JP"/>
          <w:sz w:val="18"/>
        </w:rPr>
        <w:t>121．〇〇さんと会えなくなると思うと、やはり寂しいです。</w:t>
      </w:r>
    </w:p>
    <w:p>
      <w:pPr>
        <w:spacing w:before="0" w:after="14" w:line="240" w:lineRule="auto"/>
        <w:ind w:left="0" w:firstLine="0"/>
      </w:pPr>
      <w:r>
        <w:rPr>
          <w:rFonts w:ascii="Noto Sans CJK JP" w:hAnsi="Noto Sans CJK JP" w:eastAsia="Noto Sans CJK JP"/>
          <w:sz w:val="18"/>
        </w:rPr>
        <w:t>122．十五歳の春に、たくさんの幸せがありますように。</w:t>
      </w:r>
    </w:p>
    <w:p>
      <w:pPr>
        <w:spacing w:before="0" w:after="14" w:line="240" w:lineRule="auto"/>
        <w:ind w:left="0" w:firstLine="0"/>
      </w:pPr>
      <w:r>
        <w:rPr>
          <w:rFonts w:ascii="Noto Sans CJK JP" w:hAnsi="Noto Sans CJK JP" w:eastAsia="Noto Sans CJK JP"/>
          <w:sz w:val="18"/>
        </w:rPr>
        <w:t>123．気にしすぎなくても大丈夫。</w:t>
      </w:r>
    </w:p>
    <w:p>
      <w:pPr>
        <w:spacing w:before="0" w:after="14" w:line="240" w:lineRule="auto"/>
        <w:ind w:left="0" w:firstLine="0"/>
      </w:pPr>
      <w:r>
        <w:rPr>
          <w:rFonts w:ascii="Noto Sans CJK JP" w:hAnsi="Noto Sans CJK JP" w:eastAsia="Noto Sans CJK JP"/>
          <w:sz w:val="18"/>
        </w:rPr>
        <w:t>124．最高の思い出をつくりましたね。</w:t>
      </w:r>
    </w:p>
    <w:p>
      <w:pPr>
        <w:spacing w:before="0" w:after="14" w:line="240" w:lineRule="auto"/>
        <w:ind w:left="0" w:firstLine="0"/>
      </w:pPr>
      <w:r>
        <w:rPr>
          <w:rFonts w:ascii="Noto Sans CJK JP" w:hAnsi="Noto Sans CJK JP" w:eastAsia="Noto Sans CJK JP"/>
          <w:sz w:val="18"/>
        </w:rPr>
        <w:t>125．一度きりの人生を、大切に歩んでください。</w:t>
      </w:r>
    </w:p>
    <w:p>
      <w:pPr>
        <w:spacing w:before="0" w:after="14" w:line="240" w:lineRule="auto"/>
        <w:ind w:left="0" w:firstLine="0"/>
      </w:pPr>
      <w:r>
        <w:rPr>
          <w:rFonts w:ascii="Noto Sans CJK JP" w:hAnsi="Noto Sans CJK JP" w:eastAsia="Noto Sans CJK JP"/>
          <w:sz w:val="18"/>
        </w:rPr>
        <w:t>126．無理に強がらず、素直な気持ちを話せるときがあってもいいと思います。</w:t>
      </w:r>
    </w:p>
    <w:p>
      <w:pPr>
        <w:spacing w:before="0" w:after="14" w:line="240" w:lineRule="auto"/>
        <w:ind w:left="0" w:firstLine="0"/>
      </w:pPr>
      <w:r>
        <w:rPr>
          <w:rFonts w:ascii="Noto Sans CJK JP" w:hAnsi="Noto Sans CJK JP" w:eastAsia="Noto Sans CJK JP"/>
          <w:sz w:val="18"/>
        </w:rPr>
        <w:t>127．自分を信じてください。</w:t>
      </w:r>
    </w:p>
    <w:p>
      <w:pPr>
        <w:spacing w:before="0" w:after="14" w:line="240" w:lineRule="auto"/>
        <w:ind w:left="0" w:firstLine="0"/>
      </w:pPr>
      <w:r>
        <w:rPr>
          <w:rFonts w:ascii="Noto Sans CJK JP" w:hAnsi="Noto Sans CJK JP" w:eastAsia="Noto Sans CJK JP"/>
          <w:sz w:val="18"/>
        </w:rPr>
        <w:t>128．自分らしく、どこまでも自分らしく。</w:t>
      </w:r>
    </w:p>
    <w:p>
      <w:pPr>
        <w:spacing w:before="0" w:after="14" w:line="240" w:lineRule="auto"/>
        <w:ind w:left="0" w:firstLine="0"/>
      </w:pPr>
      <w:r>
        <w:rPr>
          <w:rFonts w:ascii="Noto Sans CJK JP" w:hAnsi="Noto Sans CJK JP" w:eastAsia="Noto Sans CJK JP"/>
          <w:sz w:val="18"/>
        </w:rPr>
        <w:t>129．そのままの自分を大切に。</w:t>
      </w:r>
    </w:p>
    <w:p>
      <w:pPr>
        <w:spacing w:before="0" w:after="14" w:line="240" w:lineRule="auto"/>
        <w:ind w:left="0" w:firstLine="0"/>
      </w:pPr>
      <w:r>
        <w:rPr>
          <w:rFonts w:ascii="Noto Sans CJK JP" w:hAnsi="Noto Sans CJK JP" w:eastAsia="Noto Sans CJK JP"/>
          <w:sz w:val="18"/>
        </w:rPr>
        <w:t>130．いつまでも夢を大切にしてください。</w:t>
      </w:r>
    </w:p>
    <w:p>
      <w:pPr>
        <w:spacing w:before="0" w:after="14" w:line="240" w:lineRule="auto"/>
        <w:ind w:left="0" w:firstLine="0"/>
      </w:pPr>
      <w:r>
        <w:rPr>
          <w:rFonts w:ascii="Noto Sans CJK JP" w:hAnsi="Noto Sans CJK JP" w:eastAsia="Noto Sans CJK JP"/>
          <w:sz w:val="18"/>
        </w:rPr>
        <w:t>131．〇〇さんのまっすぐなまなざしを忘れません。</w:t>
      </w:r>
    </w:p>
    <w:p>
      <w:pPr>
        <w:spacing w:before="0" w:after="14" w:line="240" w:lineRule="auto"/>
        <w:ind w:left="0" w:firstLine="0"/>
      </w:pPr>
      <w:r>
        <w:rPr>
          <w:rFonts w:ascii="Noto Sans CJK JP" w:hAnsi="Noto Sans CJK JP" w:eastAsia="Noto Sans CJK JP"/>
          <w:sz w:val="18"/>
        </w:rPr>
        <w:t>132．強がらなくても大丈夫です。</w:t>
      </w:r>
    </w:p>
    <w:p>
      <w:pPr>
        <w:spacing w:before="0" w:after="14" w:line="240" w:lineRule="auto"/>
        <w:ind w:left="0" w:firstLine="0"/>
      </w:pPr>
      <w:r>
        <w:rPr>
          <w:rFonts w:ascii="Noto Sans CJK JP" w:hAnsi="Noto Sans CJK JP" w:eastAsia="Noto Sans CJK JP"/>
          <w:sz w:val="18"/>
        </w:rPr>
        <w:t>133．寂しいときは、誰かに頼ってください。</w:t>
      </w:r>
    </w:p>
    <w:p>
      <w:pPr>
        <w:spacing w:before="0" w:after="14" w:line="240" w:lineRule="auto"/>
        <w:ind w:left="0" w:firstLine="0"/>
      </w:pPr>
      <w:r>
        <w:rPr>
          <w:rFonts w:ascii="Noto Sans CJK JP" w:hAnsi="Noto Sans CJK JP" w:eastAsia="Noto Sans CJK JP"/>
          <w:sz w:val="18"/>
        </w:rPr>
        <w:t>134．〇〇さんは、私たちの大切な誇りです。</w:t>
      </w:r>
    </w:p>
    <w:p>
      <w:pPr>
        <w:spacing w:before="0" w:after="14" w:line="240" w:lineRule="auto"/>
        <w:ind w:left="0" w:firstLine="0"/>
      </w:pPr>
      <w:r>
        <w:rPr>
          <w:rFonts w:ascii="Noto Sans CJK JP" w:hAnsi="Noto Sans CJK JP" w:eastAsia="Noto Sans CJK JP"/>
          <w:sz w:val="18"/>
        </w:rPr>
        <w:t>135．〇〇さんのよさを、これからも大切にしてください。</w:t>
      </w:r>
    </w:p>
    <w:p>
      <w:pPr>
        <w:spacing w:before="0" w:after="14" w:line="240" w:lineRule="auto"/>
        <w:ind w:left="0" w:firstLine="0"/>
      </w:pPr>
      <w:r>
        <w:rPr>
          <w:rFonts w:ascii="Noto Sans CJK JP" w:hAnsi="Noto Sans CJK JP" w:eastAsia="Noto Sans CJK JP"/>
          <w:sz w:val="18"/>
        </w:rPr>
        <w:t>136．〇〇さん、たまには空を見上げてください。</w:t>
      </w:r>
    </w:p>
    <w:p>
      <w:pPr>
        <w:spacing w:before="0" w:after="14" w:line="240" w:lineRule="auto"/>
        <w:ind w:left="0" w:firstLine="0"/>
      </w:pPr>
      <w:r>
        <w:rPr>
          <w:rFonts w:ascii="Noto Sans CJK JP" w:hAnsi="Noto Sans CJK JP" w:eastAsia="Noto Sans CJK JP"/>
          <w:sz w:val="18"/>
        </w:rPr>
        <w:t>137．〇〇さん、さあ新しい一歩を。</w:t>
      </w:r>
    </w:p>
    <w:p>
      <w:pPr>
        <w:spacing w:before="0" w:after="14" w:line="240" w:lineRule="auto"/>
        <w:ind w:left="0" w:firstLine="0"/>
      </w:pPr>
      <w:r>
        <w:rPr>
          <w:rFonts w:ascii="Noto Sans CJK JP" w:hAnsi="Noto Sans CJK JP" w:eastAsia="Noto Sans CJK JP"/>
          <w:sz w:val="18"/>
        </w:rPr>
        <w:t>138．〇〇さんが大きく羽ばたく姿を楽しみにしています。</w:t>
      </w:r>
    </w:p>
    <w:p>
      <w:pPr>
        <w:spacing w:before="0" w:after="14" w:line="240" w:lineRule="auto"/>
        <w:ind w:left="0" w:firstLine="0"/>
      </w:pPr>
      <w:r>
        <w:rPr>
          <w:rFonts w:ascii="Noto Sans CJK JP" w:hAnsi="Noto Sans CJK JP" w:eastAsia="Noto Sans CJK JP"/>
          <w:sz w:val="18"/>
        </w:rPr>
        <w:t>139．自分を支えてくれた人への感謝も大切にしてください。</w:t>
      </w:r>
    </w:p>
    <w:p>
      <w:pPr>
        <w:spacing w:before="0" w:after="14" w:line="240" w:lineRule="auto"/>
        <w:ind w:left="0" w:firstLine="0"/>
      </w:pPr>
      <w:r>
        <w:rPr>
          <w:rFonts w:ascii="Noto Sans CJK JP" w:hAnsi="Noto Sans CJK JP" w:eastAsia="Noto Sans CJK JP"/>
          <w:sz w:val="18"/>
        </w:rPr>
        <w:t>140．これからの日々が、〇〇さんにとってよい日でありますように。</w:t>
      </w:r>
    </w:p>
    <w:sectPr w:rsidR="00FC693F" w:rsidRPr="0006063C" w:rsidSect="00034616">
      <w:footerReference w:type="default" r:id="rId9"/>
      <w:pgSz w:w="11906" w:h="16838"/>
      <w:pgMar w:top="680" w:right="850" w:bottom="68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JP" w:hAnsi="Noto Sans CJK JP" w:eastAsia="Noto Sans CJK JP"/>
        <w:sz w:val="16"/>
      </w:rPr>
      <w:t xml:space="preserve">応援の空　卒業アルバムの言葉140選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CJK JP" w:hAnsi="Noto Sans CJK JP" w:eastAsia="Noto Sans CJK JP"/>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