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ans CJK JP" w:hAnsi="Noto Sans CJK JP" w:eastAsia="Noto Sans CJK JP"/>
          <w:b/>
          <w:sz w:val="32"/>
        </w:rPr>
        <w:t>SDGs 2026 ワークシート（1時間）</w:t>
      </w:r>
    </w:p>
    <w:p>
      <w:pPr>
        <w:jc w:val="right"/>
      </w:pPr>
      <w:r>
        <w:t>（　　）年（　　）組（　　）番　名前（　　　　　　　　　　　　）</w:t>
      </w:r>
    </w:p>
    <w:p>
      <w:pPr>
        <w:pStyle w:val="Heading2"/>
      </w:pPr>
      <w:r>
        <w:t>1　2030年の自分</w:t>
      </w:r>
    </w:p>
    <w:p>
      <w:r>
        <w:t>2030年、私は（　　　）歳です。その時、私はどのような生活をしていると思いますか。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pStyle w:val="Heading2"/>
      </w:pPr>
      <w:r>
        <w:t>2　SDGsの基本</w:t>
      </w:r>
    </w:p>
    <w:p>
      <w:r>
        <w:t>SDGsは、Sustainable Development Goalsの略で、日本語では（　　　　　　　　　　　　　　）と訳されます。</w:t>
      </w:r>
    </w:p>
    <w:p>
      <w:r>
        <w:t>SDGsは、（　　　）個のゴールと（　　　）個のターゲットから構成されています。</w:t>
      </w:r>
    </w:p>
    <w:p>
      <w:r>
        <w:t>SDGsの大切な理念は、「（　　　　　　　　　　　　　　　　　　　　　　　　　）」です。</w:t>
      </w:r>
    </w:p>
    <w:p>
      <w:pPr>
        <w:pStyle w:val="Heading2"/>
      </w:pPr>
      <w:r>
        <w:t>3　2026年の現在地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9EAF7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数字</w:t>
            </w:r>
          </w:p>
        </w:tc>
        <w:tc>
          <w:tcPr>
            <w:tcW w:type="dxa" w:w="3400"/>
            <w:vAlign w:val="center"/>
            <w:shd w:fill="D9EAF7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意味</w:t>
            </w:r>
          </w:p>
        </w:tc>
        <w:tc>
          <w:tcPr>
            <w:tcW w:type="dxa" w:w="3400"/>
            <w:vAlign w:val="center"/>
            <w:shd w:fill="D9EAF7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自分の受け止め</w:t>
            </w:r>
          </w:p>
        </w:tc>
      </w:tr>
      <w:tr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/>
                <w:sz w:val="22"/>
              </w:rPr>
              <w:t>36％</w:t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  <w:tr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/>
                <w:sz w:val="22"/>
              </w:rPr>
              <w:t>49％</w:t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  <w:tr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/>
                <w:sz w:val="22"/>
              </w:rPr>
              <w:t>15％</w:t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</w:tbl>
    <w:p>
      <w:r>
        <w:t>上の数字を見て、SDGsは順調だと思いますか。そう思う理由も書きます。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pStyle w:val="Heading2"/>
      </w:pPr>
      <w:r>
        <w:t>4　成果と課題を分けて考える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E2F0D9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進んだこと・成果</w:t>
            </w:r>
          </w:p>
        </w:tc>
        <w:tc>
          <w:tcPr>
            <w:tcW w:type="dxa" w:w="5100"/>
            <w:vAlign w:val="center"/>
            <w:shd w:fill="FCE4D6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残された課題</w:t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</w:tbl>
    <w:p>
      <w:pPr>
        <w:pStyle w:val="Heading2"/>
      </w:pPr>
      <w:r>
        <w:t>5　中心発問</w:t>
      </w:r>
    </w:p>
    <w:p>
      <w:r>
        <w:t>2030年に向けて、私たちはどのような社会を選ぶのでしょうか。自分の考えを書きます。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pStyle w:val="Heading2"/>
      </w:pPr>
      <w:r>
        <w:t>6　個人・社会／現在・未来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9EAD3"/>
          </w:tcPr>
          <w:p>
            <w:r/>
            <w:r>
              <w:rPr>
                <w:rFonts w:ascii="Noto Sans CJK JP" w:hAnsi="Noto Sans CJK JP" w:eastAsia="Noto Sans CJK JP"/>
                <w:b/>
                <w:sz w:val="18"/>
              </w:rPr>
            </w:r>
          </w:p>
        </w:tc>
        <w:tc>
          <w:tcPr>
            <w:tcW w:type="dxa" w:w="3400"/>
            <w:vAlign w:val="center"/>
            <w:shd w:fill="D9EAD3"/>
          </w:tcPr>
          <w:p>
            <w:r/>
            <w:r>
              <w:rPr>
                <w:rFonts w:ascii="Noto Sans CJK JP" w:hAnsi="Noto Sans CJK JP" w:eastAsia="Noto Sans CJK JP"/>
                <w:b/>
                <w:sz w:val="18"/>
              </w:rPr>
              <w:t>個人</w:t>
            </w:r>
          </w:p>
        </w:tc>
        <w:tc>
          <w:tcPr>
            <w:tcW w:type="dxa" w:w="3400"/>
            <w:vAlign w:val="center"/>
            <w:shd w:fill="D9EAD3"/>
          </w:tcPr>
          <w:p>
            <w:r/>
            <w:r>
              <w:rPr>
                <w:rFonts w:ascii="Noto Sans CJK JP" w:hAnsi="Noto Sans CJK JP" w:eastAsia="Noto Sans CJK JP"/>
                <w:b/>
                <w:sz w:val="18"/>
              </w:rPr>
              <w:t>社会</w:t>
            </w:r>
          </w:p>
        </w:tc>
      </w:tr>
      <w:tr>
        <w:tc>
          <w:tcPr>
            <w:tcW w:type="dxa" w:w="3400"/>
            <w:vAlign w:val="center"/>
            <w:shd w:fill="D9EAD3"/>
          </w:tcPr>
          <w:p>
            <w:r/>
            <w:r>
              <w:rPr>
                <w:rFonts w:ascii="Noto Sans CJK JP" w:hAnsi="Noto Sans CJK JP" w:eastAsia="Noto Sans CJK JP"/>
                <w:b/>
                <w:sz w:val="18"/>
              </w:rPr>
              <w:t>現在</w:t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18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18"/>
              </w:rPr>
            </w:r>
          </w:p>
        </w:tc>
      </w:tr>
      <w:tr>
        <w:tc>
          <w:tcPr>
            <w:tcW w:type="dxa" w:w="3400"/>
            <w:vAlign w:val="center"/>
            <w:shd w:fill="D9EAD3"/>
          </w:tcPr>
          <w:p>
            <w:r/>
            <w:r>
              <w:rPr>
                <w:rFonts w:ascii="Noto Sans CJK JP" w:hAnsi="Noto Sans CJK JP" w:eastAsia="Noto Sans CJK JP"/>
                <w:b/>
                <w:sz w:val="18"/>
              </w:rPr>
              <w:t>未来</w:t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18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18"/>
              </w:rPr>
            </w:r>
          </w:p>
        </w:tc>
      </w:tr>
    </w:tbl>
    <w:p>
      <w:pPr>
        <w:pStyle w:val="Heading2"/>
      </w:pPr>
      <w:r>
        <w:t>7　授業後の考え</w:t>
      </w:r>
    </w:p>
    <w:p>
      <w:r>
        <w:t>今日の授業で、一番考えが変わったことを書きます。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pStyle w:val="Heading2"/>
      </w:pPr>
      <w:r>
        <w:t>参考資料</w:t>
      </w:r>
    </w:p>
    <w:p>
      <w:pPr>
        <w:ind w:left="283" w:hanging="283"/>
      </w:pPr>
      <w:r>
        <w:rPr>
          <w:sz w:val="16"/>
        </w:rPr>
        <w:t>United Nations, The Sustainable Development Goals Report 2026: https://unstats.un.org/sdgs/report/2026/</w:t>
      </w:r>
    </w:p>
    <w:p>
      <w:pPr>
        <w:ind w:left="283" w:hanging="283"/>
      </w:pPr>
      <w:r>
        <w:rPr>
          <w:sz w:val="16"/>
        </w:rPr>
        <w:t>United Nations, Transforming our world: the 2030 Agenda for Sustainable Development: https://sdgs.un.org/2030agenda</w:t>
      </w:r>
    </w:p>
    <w:p>
      <w:pPr>
        <w:ind w:left="283" w:hanging="283"/>
      </w:pPr>
      <w:r>
        <w:rPr>
          <w:sz w:val="16"/>
        </w:rPr>
        <w:t>外務省「SDGsとは？」: https://www.mofa.go.jp/mofaj/gaiko/oda/sdgs/about/index.html</w:t>
      </w:r>
    </w:p>
    <w:p>
      <w:pPr>
        <w:ind w:left="283" w:hanging="283"/>
      </w:pPr>
      <w:r>
        <w:rPr>
          <w:sz w:val="16"/>
        </w:rPr>
        <w:t>外務省「VNR2025」: https://www.mofa.go.jp/mofaj/gaiko/oda/sdgs/vnr/index2025.html</w:t>
      </w:r>
    </w:p>
    <w:p>
      <w:pPr>
        <w:ind w:left="283" w:hanging="283"/>
      </w:pPr>
      <w:r>
        <w:rPr>
          <w:sz w:val="16"/>
        </w:rPr>
        <w:t>文部科学省「ESD」: https://www.mext.go.jp/unesco/004/1339970.htm</w:t>
      </w:r>
    </w:p>
    <w:p>
      <w:pPr>
        <w:ind w:left="283" w:hanging="283"/>
      </w:pPr>
      <w:r>
        <w:rPr>
          <w:sz w:val="16"/>
        </w:rPr>
        <w:t>UNESCO, Education for Sustainable Development: https://www.unesco.org/en/sustainable-development/education</w:t>
      </w:r>
    </w:p>
    <w:sectPr w:rsidR="00FC693F" w:rsidRPr="0006063C" w:rsidSect="00034616"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JP" w:hAnsi="Noto Sans CJK JP" w:eastAsia="Noto Sans CJK JP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